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PODZIĘKOWANIE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dla Nauczyciela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składamy na ręce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cierpliwość, uwagę i czas poświęcony każdemu dziecku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