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DYPLOM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ukończenia roku szkolnego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otrzymuje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za cały rok pracy, cierpliwości i codziennego wracania do zadań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