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20" w:after="120"/>
        <w:jc w:val="center"/>
      </w:pPr>
      <w:r>
        <w:rPr>
          <w:rFonts w:ascii="Calibri" w:hAnsi="Calibri"/>
          <w:b/>
          <w:color w:val="1A3A5C"/>
          <w:sz w:val="80"/>
        </w:rPr>
        <w:t>DYPLOM</w:t>
      </w:r>
    </w:p>
    <w:p>
      <w:pPr>
        <w:spacing w:before="0" w:after="440"/>
        <w:jc w:val="center"/>
      </w:pPr>
      <w:r>
        <w:rPr>
          <w:rFonts w:ascii="Calibri" w:hAnsi="Calibri"/>
          <w:b w:val="0"/>
          <w:color w:val="2F74C0"/>
          <w:sz w:val="36"/>
        </w:rPr>
        <w:t>Absolwenta Przedszkola</w:t>
      </w:r>
    </w:p>
    <w:p>
      <w:pPr>
        <w:spacing w:before="0" w:after="320"/>
        <w:jc w:val="center"/>
      </w:pPr>
      <w:r>
        <w:rPr>
          <w:rFonts w:ascii="Calibri" w:hAnsi="Calibri"/>
          <w:b w:val="0"/>
          <w:color w:val="6C8094"/>
          <w:sz w:val="22"/>
        </w:rPr>
        <w:t>otrzymuje</w:t>
      </w:r>
    </w:p>
    <w:p>
      <w:pPr>
        <w:spacing w:before="0" w:after="40"/>
        <w:jc w:val="center"/>
      </w:pPr>
      <w:r>
        <w:rPr>
          <w:rFonts w:ascii="Calibri" w:hAnsi="Calibri"/>
          <w:b w:val="0"/>
          <w:color w:val="1A3A5C"/>
          <w:sz w:val="26"/>
        </w:rPr>
        <w:t>..............................................................</w:t>
      </w:r>
    </w:p>
    <w:p>
      <w:pPr>
        <w:spacing w:before="0" w:after="400"/>
        <w:jc w:val="center"/>
      </w:pPr>
      <w:r>
        <w:rPr>
          <w:rFonts w:ascii="Calibri" w:hAnsi="Calibri"/>
          <w:b w:val="0"/>
          <w:color w:val="6C8094"/>
          <w:sz w:val="16"/>
        </w:rPr>
        <w:t>imię i nazwisko</w:t>
      </w:r>
    </w:p>
    <w:p>
      <w:pPr>
        <w:spacing w:before="0" w:after="800"/>
        <w:jc w:val="center"/>
      </w:pPr>
      <w:r>
        <w:rPr>
          <w:rFonts w:ascii="Calibri" w:hAnsi="Calibri"/>
          <w:b w:val="0"/>
          <w:color w:val="1A3A5C"/>
          <w:sz w:val="24"/>
        </w:rPr>
        <w:t>za lata zabawy, pierwsze litery i gotowość do szkoły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6945"/>
        <w:gridCol w:w="6945"/>
      </w:tblGrid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</w:tr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miejscowość i data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podpis</w:t>
            </w:r>
          </w:p>
        </w:tc>
      </w:tr>
    </w:tbl>
    <w:p>
      <w:pPr>
        <w:spacing w:before="320" w:after="0"/>
        <w:jc w:val="center"/>
      </w:pPr>
      <w:r>
        <w:rPr>
          <w:rFonts w:ascii="Calibri" w:hAnsi="Calibri"/>
          <w:b w:val="0"/>
          <w:color w:val="6C8094"/>
          <w:sz w:val="14"/>
        </w:rPr>
        <w:t>niekazmuliczyc.pl</w:t>
      </w:r>
    </w:p>
    <w:sectPr w:rsidR="00FC693F" w:rsidRPr="0006063C" w:rsidSect="00034616">
      <w:pgSz w:w="16838" w:h="11906" w:orient="landscape"/>
      <w:pgMar w:top="1247" w:right="1474" w:bottom="1247" w:left="1474" w:header="720" w:footer="720" w:gutter="0"/>
      <w:cols w:space="720"/>
      <w:docGrid w:linePitch="360"/>
      <w:pgBorders w:offsetFrom="page">
        <w:top w:val="double" w:sz="18" w:space="24" w:color="C69E4A"/>
        <w:left w:val="double" w:sz="18" w:space="24" w:color="C69E4A"/>
        <w:bottom w:val="double" w:sz="18" w:space="24" w:color="C69E4A"/>
        <w:right w:val="double" w:sz="18" w:space="24" w:color="C69E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