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Mistrza Ortografii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bezbłędne dyktando i czujne oko na trudne wyrazy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