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DYPLOM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Czytelnika Roku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otrzymuje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za przeczytane książki i wytrwałość przy długich rozdziałach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